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עשרות אלפי אורחים בעמק החולה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תופעת נדידת העגורים דרך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ישראל חשובה למסלולי נדידה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אגמון החולה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מאירופה לאפריקה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נמצאת על גשר בין שלוש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מחפשים 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חוזרים לישון במים הרדודים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קופצים, פורשים כנפיים ומשתחווים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אגמון החולה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(ציפור נדידה גדולה עם קול 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בצפון הארץ בו חורפים עגורים)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(מסע ארוך של ציפורים בין עונות)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(שטח יבשה ענק כמו אירופה)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ישראל נמצאת על גשר בין שלוש יבשות, ולכן ציפורים רבות עפות מעליה בדרכן בין אירופה לאפריקה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משלב פרטים מהטקסט כמו נחיתה במים רדודים, חיפוש אוכל וקולות עגורים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מאירופה לאפריקה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גשר בין שלוש יבשות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באגמון החולה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תמונות של עגורים ואגמון החולה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לשוחח על חשיבות השמירה על בתי גידול לציפורים נודדות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עשרות אלפי אורחים בעמק החולה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סתיו עפים מעל ישראל עגורים רבים בדרכם מאירופה לאפריקה, וחלקם נשארים לחורף שלם באגמון החולה.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אגמון החולה  ·  עגורים  ·  יבשות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מאיפה לאן נודדים העגורים בסתיו?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מאפריקה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מאירופה לאפריקה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מאסיה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ישראל חשובה למסלולי נדידה?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 בה הרבה מים מתוקים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נמצאת על גשר בין שלוש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 בה הרים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העגורים ביום?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ישנים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מחפשים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בונים קן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עגורים נשארים לישון בלילה ביבשה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זוגות עגורים מבצעים ריקוד משותף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סתיו עוברים מעל ישראל __________ רבים בדרכם לאפריקה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ישראל נמצאת על גשר בין שלוש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עשרות אלפי עגורים נשארים לבלות את החורף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שטח יבשה ענק כמו 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אגמון החולה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ציפור נדידה גדולה עם קול 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נדידה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בצפון הארץ בו חורפים עגורים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יבשת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מסע ארוך של ציפורים בין עונות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במילים שלכם למה ישראל היא מקום חשוב לציפורים נודדות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עגור הנוחת באגמון החולה אחרי מסע ארוך. כתבו כמה משפטים על מה שאתם מרגישים ורואים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מאיפה לאן נודדים העגורים?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ישראל חשובה לנדידת ציפורים?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עשרות אלפי אורחים בעמק החולה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