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עשרות אלפי אורחים בעמק החולה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תופעת נדידת העגורים דרך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ישראל חשובה למסלולי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אגמון החולה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נמצאת על גשר בין שלוש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אגמון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מחפשים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בקולות חצוצרה רמים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חוזרים לישון במים הרדודים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קופצים, פורשים כנפיים ומשתחווים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הסיבה שהיא דרך נדידה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עשרות אלפים נשארים לחורף באגמון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נמצא בצפון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אגמון החולה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חצוצרה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(ציפור נדידה גדולה עם 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בצפון הארץ בו חורפים עגורים)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(מסע ארוך של ציפורים בין עונות)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(שטח יבשה ענק כמו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(קפיצה, פריסת כנפיים והשתחוות)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ישראל נמצאת על גשר בין שלוש יבשות, ולכן ציפורים רבות עפות מעליה בדרכן בין 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למשל שמש, כוכבים, שדה מגנטי של כדור הארץ או ציפורים מנוסות המובילות את הלהקה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משלב פרטים מהטקסט כמו נחיתה במים רדודים, חיפוש אוכל וקולות עגורים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מאירופה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גשר בין שלוש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באגמון החולה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תמונות של עגורים ואגמון החולה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חשיבות השמירה על בתי גידול לציפורים נודדות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עשרות אלפי אורחים בעמק החולה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ציפורים גדולות בשם עגורים עפות מעל ישראל בסתיו. חלקן נשארות לחורף באגמון החולה בצפון.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נדידה גדולה עם קול חזק כמו חצוצרה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של ציפורים ממקום למקום לפי עונות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אגמון החולה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מים בצפון ישראל שבו חורפים עגורים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ענק בעולם, כמו אירופה או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לא עמוקים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עפות הציפורים בדרכן ליעד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עפים העגורים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מאפריקה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מאסיה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מאפריקה לאסיה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עגורים רבים עפים דווקא מעל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בה הרבה מים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נמצאת על גשר בין שלוש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בה 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קרובה לים התיכון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מקום בישראל נשארים עגורים לחורף?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אגמון החולה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עגור עושה בשעות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נודדים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עגורים מדברים אחד עם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בקולות חצוצרה רמים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בצבעי נוצות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נשארים לישון בלילה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זוגות עגורים מבצעים ריקוד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נמצאת על גשר בין שלוש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העגורים ממשיכים לאפריקה ואף אחד לא נשאר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אגמון החולה נמצא בדרום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סתיו עוברים מעל ישראל __________ רבים בדרכם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נמצאת על גשר בין שלוש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עשרות אלפי עגורים נשארים לבלות את החורף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חוזרים העגורים לישון במים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העגורים מתקשרים בקולות __________ רמים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קפיצה, פריסת כנפיים והשתחוות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אגמון החולה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שטח יבשה ענק כמו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בצפון הארץ בו חורפים עגורים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מסע ארוך של ציפורים בין עונות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ריקוד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 נדידה גדולה עם קול רם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למה ישראל היא מקום חשוב לציפורים נודדות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עוזר לציפורים למצוא את דרכן בנדידה ארוכה כל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עגור הנוחת באגמון החולה אחרי מסע ארוך. כתבו כמה משפטים על מה שאתם מרגישים ורואים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לאן נודדים העגורים?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ישראל חשובה לנדידת ציפורים?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בישראל חורפים עשרות אלפי עגורים?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עשרות אלפי אורחים בעמק החולה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